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33B8A" w14:textId="77777777" w:rsidR="00512DA5" w:rsidRPr="00264C48" w:rsidRDefault="00512DA5">
      <w:pPr>
        <w:rPr>
          <w:lang w:val="fr-FR"/>
        </w:rPr>
      </w:pPr>
    </w:p>
    <w:p w14:paraId="236FDED9" w14:textId="77777777" w:rsidR="00512DA5" w:rsidRPr="00F07068" w:rsidRDefault="00673AE8" w:rsidP="00F07068">
      <w:pPr>
        <w:rPr>
          <w:b/>
          <w:sz w:val="24"/>
          <w:szCs w:val="24"/>
          <w:lang w:val="fr-FR"/>
        </w:rPr>
      </w:pPr>
      <w:r w:rsidRPr="00F07068">
        <w:rPr>
          <w:rFonts w:ascii="Segoe UI Symbol" w:hAnsi="Segoe UI Symbol" w:cs="Segoe UI Symbol"/>
          <w:b/>
          <w:sz w:val="24"/>
          <w:szCs w:val="24"/>
        </w:rPr>
        <w:t>🎯</w:t>
      </w:r>
      <w:r w:rsidRPr="00F07068">
        <w:rPr>
          <w:b/>
          <w:sz w:val="24"/>
          <w:szCs w:val="24"/>
          <w:lang w:val="fr-FR"/>
        </w:rPr>
        <w:t xml:space="preserve"> </w:t>
      </w:r>
      <w:r w:rsidRPr="00F07068">
        <w:rPr>
          <w:b/>
          <w:color w:val="1F497D" w:themeColor="text2"/>
          <w:sz w:val="24"/>
          <w:szCs w:val="24"/>
          <w:lang w:val="fr-FR"/>
        </w:rPr>
        <w:t>Objectif du concours</w:t>
      </w:r>
    </w:p>
    <w:p w14:paraId="15C4E9C6" w14:textId="77777777" w:rsidR="00512DA5" w:rsidRPr="00264C48" w:rsidRDefault="00673AE8" w:rsidP="00310C84">
      <w:pPr>
        <w:jc w:val="both"/>
        <w:rPr>
          <w:lang w:val="fr-FR"/>
        </w:rPr>
      </w:pPr>
      <w:r w:rsidRPr="00264C48">
        <w:rPr>
          <w:lang w:val="fr-FR"/>
        </w:rPr>
        <w:t>Présentez votre projet professionnel en 5 minutes devant un jury composé de professionnels du monde socio-économique et de l’enseignement supérieur. Ce concours valorise votre capacité à convaincre, structurer un discours et projeter votre avenir professionnel.</w:t>
      </w:r>
    </w:p>
    <w:p w14:paraId="3E491A96" w14:textId="77777777" w:rsidR="00512DA5" w:rsidRPr="00264C48" w:rsidRDefault="00673AE8">
      <w:pPr>
        <w:rPr>
          <w:lang w:val="fr-FR"/>
        </w:rPr>
      </w:pPr>
      <w:r w:rsidRPr="00264C48">
        <w:rPr>
          <w:lang w:val="fr-FR"/>
        </w:rPr>
        <w:t>Une présélection sur dossier écrit est effectuée par le Bureau d’Aide à l’Insertion Professionnelle (BAIP) du SCUIO-IP de l’Université de Montpellier.</w:t>
      </w:r>
    </w:p>
    <w:p w14:paraId="158DB52D" w14:textId="77777777" w:rsidR="00512DA5" w:rsidRPr="00F07068" w:rsidRDefault="00673AE8" w:rsidP="000D3083">
      <w:pPr>
        <w:spacing w:after="0" w:line="240" w:lineRule="auto"/>
        <w:rPr>
          <w:b/>
          <w:color w:val="1F497D" w:themeColor="text2"/>
          <w:sz w:val="24"/>
          <w:szCs w:val="24"/>
          <w:lang w:val="fr-FR"/>
        </w:rPr>
      </w:pPr>
      <w:r w:rsidRPr="00F07068">
        <w:rPr>
          <w:rFonts w:ascii="Segoe UI Symbol" w:hAnsi="Segoe UI Symbol" w:cs="Segoe UI Symbol"/>
          <w:b/>
          <w:color w:val="1F497D" w:themeColor="text2"/>
          <w:sz w:val="24"/>
          <w:szCs w:val="24"/>
          <w:lang w:val="fr-FR"/>
        </w:rPr>
        <w:t>👥</w:t>
      </w:r>
      <w:r w:rsidRPr="00F07068">
        <w:rPr>
          <w:b/>
          <w:color w:val="1F497D" w:themeColor="text2"/>
          <w:sz w:val="24"/>
          <w:szCs w:val="24"/>
          <w:lang w:val="fr-FR"/>
        </w:rPr>
        <w:t xml:space="preserve"> Public concerné</w:t>
      </w:r>
    </w:p>
    <w:p w14:paraId="786C3A2A" w14:textId="4EF702EC" w:rsidR="00512DA5" w:rsidRDefault="00673AE8" w:rsidP="000D3083">
      <w:pPr>
        <w:spacing w:after="0" w:line="240" w:lineRule="auto"/>
        <w:rPr>
          <w:lang w:val="fr-FR"/>
        </w:rPr>
      </w:pPr>
      <w:r w:rsidRPr="00264C48">
        <w:rPr>
          <w:lang w:val="fr-FR"/>
        </w:rPr>
        <w:t>Étudiants inscrits à l’Université de Montpellier en 202</w:t>
      </w:r>
      <w:r w:rsidR="00310C84">
        <w:rPr>
          <w:lang w:val="fr-FR"/>
        </w:rPr>
        <w:t>6</w:t>
      </w:r>
      <w:r w:rsidRPr="00264C48">
        <w:rPr>
          <w:lang w:val="fr-FR"/>
        </w:rPr>
        <w:t>-202</w:t>
      </w:r>
      <w:r w:rsidR="00310C84">
        <w:rPr>
          <w:lang w:val="fr-FR"/>
        </w:rPr>
        <w:t>7</w:t>
      </w:r>
      <w:r w:rsidRPr="00264C48">
        <w:rPr>
          <w:lang w:val="fr-FR"/>
        </w:rPr>
        <w:t>, dans un diplôme national (hors DU, DIU...).</w:t>
      </w:r>
    </w:p>
    <w:p w14:paraId="008274DE" w14:textId="77777777" w:rsidR="000D3083" w:rsidRPr="00264C48" w:rsidRDefault="000D3083" w:rsidP="000D3083">
      <w:pPr>
        <w:spacing w:after="0" w:line="240" w:lineRule="auto"/>
        <w:rPr>
          <w:lang w:val="fr-FR"/>
        </w:rPr>
      </w:pPr>
    </w:p>
    <w:p w14:paraId="6B004DA6" w14:textId="77777777" w:rsidR="00512DA5" w:rsidRPr="00F07068" w:rsidRDefault="00673AE8" w:rsidP="000D3083">
      <w:pPr>
        <w:spacing w:after="0"/>
        <w:rPr>
          <w:rFonts w:ascii="Segoe UI Symbol" w:hAnsi="Segoe UI Symbol" w:cs="Segoe UI Symbol"/>
          <w:b/>
          <w:color w:val="1F497D" w:themeColor="text2"/>
          <w:sz w:val="24"/>
          <w:szCs w:val="24"/>
          <w:lang w:val="fr-FR"/>
        </w:rPr>
      </w:pPr>
      <w:r w:rsidRPr="00F07068">
        <w:rPr>
          <w:rFonts w:ascii="Segoe UI Symbol" w:hAnsi="Segoe UI Symbol" w:cs="Segoe UI Symbol"/>
          <w:b/>
          <w:color w:val="1F497D" w:themeColor="text2"/>
          <w:sz w:val="24"/>
          <w:szCs w:val="24"/>
          <w:lang w:val="fr-FR"/>
        </w:rPr>
        <w:t>📝 Pour concourir</w:t>
      </w:r>
    </w:p>
    <w:p w14:paraId="05AFC4D5" w14:textId="5A3C6C89" w:rsidR="00512DA5" w:rsidRPr="00264C48" w:rsidRDefault="00673AE8" w:rsidP="000D3083">
      <w:pPr>
        <w:spacing w:after="0" w:line="240" w:lineRule="auto"/>
        <w:rPr>
          <w:lang w:val="fr-FR"/>
        </w:rPr>
      </w:pPr>
      <w:r w:rsidRPr="00264C48">
        <w:rPr>
          <w:lang w:val="fr-FR"/>
        </w:rPr>
        <w:t>1. Com</w:t>
      </w:r>
      <w:r w:rsidR="00601E0F">
        <w:rPr>
          <w:lang w:val="fr-FR"/>
        </w:rPr>
        <w:t>plétez les rubriques ci-dessous (voir page 2).</w:t>
      </w:r>
    </w:p>
    <w:p w14:paraId="431EC5AB" w14:textId="21D53086" w:rsidR="00512DA5" w:rsidRPr="00264C48" w:rsidRDefault="00673AE8" w:rsidP="000D3083">
      <w:pPr>
        <w:spacing w:after="0" w:line="240" w:lineRule="auto"/>
        <w:rPr>
          <w:lang w:val="fr-FR"/>
        </w:rPr>
      </w:pPr>
      <w:r w:rsidRPr="00264C48">
        <w:rPr>
          <w:lang w:val="fr-FR"/>
        </w:rPr>
        <w:t>2. Joignez une copie de votre certificat de scolarité 202</w:t>
      </w:r>
      <w:r w:rsidR="00310C84">
        <w:rPr>
          <w:lang w:val="fr-FR"/>
        </w:rPr>
        <w:t>6</w:t>
      </w:r>
      <w:r w:rsidRPr="00264C48">
        <w:rPr>
          <w:lang w:val="fr-FR"/>
        </w:rPr>
        <w:t>-202</w:t>
      </w:r>
      <w:r w:rsidR="00310C84">
        <w:rPr>
          <w:lang w:val="fr-FR"/>
        </w:rPr>
        <w:t>7</w:t>
      </w:r>
      <w:r w:rsidRPr="00264C48">
        <w:rPr>
          <w:lang w:val="fr-FR"/>
        </w:rPr>
        <w:t xml:space="preserve"> (Université de Montpellier).</w:t>
      </w:r>
    </w:p>
    <w:p w14:paraId="0E9203FF" w14:textId="1C9FF89D" w:rsidR="00512DA5" w:rsidRDefault="00673AE8" w:rsidP="00F07068">
      <w:pPr>
        <w:spacing w:after="120" w:line="240" w:lineRule="auto"/>
        <w:rPr>
          <w:lang w:val="fr-FR"/>
        </w:rPr>
      </w:pPr>
      <w:r w:rsidRPr="00264C48">
        <w:rPr>
          <w:lang w:val="fr-FR"/>
        </w:rPr>
        <w:t>3. Envoyez votre dossier avant le 14 janvier 202</w:t>
      </w:r>
      <w:r w:rsidR="00310C84">
        <w:rPr>
          <w:lang w:val="fr-FR"/>
        </w:rPr>
        <w:t>7</w:t>
      </w:r>
      <w:r w:rsidRPr="00264C48">
        <w:rPr>
          <w:lang w:val="fr-FR"/>
        </w:rPr>
        <w:t xml:space="preserve"> à : </w:t>
      </w:r>
      <w:hyperlink r:id="rId8" w:history="1">
        <w:r w:rsidR="000D3083" w:rsidRPr="00DA093B">
          <w:rPr>
            <w:rStyle w:val="Lienhypertexte"/>
            <w:lang w:val="fr-FR"/>
          </w:rPr>
          <w:t>scuioip-evenements-ip@umontpellier.fr</w:t>
        </w:r>
      </w:hyperlink>
    </w:p>
    <w:p w14:paraId="11AE11E5" w14:textId="77777777" w:rsidR="000D3083" w:rsidRPr="00264C48" w:rsidRDefault="000D3083" w:rsidP="00F07068">
      <w:pPr>
        <w:spacing w:after="120" w:line="240" w:lineRule="auto"/>
        <w:rPr>
          <w:lang w:val="fr-FR"/>
        </w:rPr>
      </w:pPr>
    </w:p>
    <w:p w14:paraId="12AFFD12" w14:textId="1B861933" w:rsidR="00512DA5" w:rsidRPr="00F07068" w:rsidRDefault="00673AE8" w:rsidP="000D3083">
      <w:pPr>
        <w:spacing w:after="0"/>
        <w:rPr>
          <w:rFonts w:ascii="Segoe UI Symbol" w:hAnsi="Segoe UI Symbol" w:cs="Segoe UI Symbol"/>
          <w:b/>
          <w:color w:val="1F497D" w:themeColor="text2"/>
          <w:sz w:val="24"/>
          <w:szCs w:val="24"/>
          <w:lang w:val="fr-FR"/>
        </w:rPr>
      </w:pPr>
      <w:r w:rsidRPr="00F07068">
        <w:rPr>
          <w:rFonts w:ascii="Segoe UI Symbol" w:hAnsi="Segoe UI Symbol" w:cs="Segoe UI Symbol"/>
          <w:b/>
          <w:color w:val="1F497D" w:themeColor="text2"/>
          <w:sz w:val="24"/>
          <w:szCs w:val="24"/>
          <w:lang w:val="fr-FR"/>
        </w:rPr>
        <w:t xml:space="preserve">📄 Votre présentation écrite doit </w:t>
      </w:r>
      <w:r w:rsidR="00F07068" w:rsidRPr="00F07068">
        <w:rPr>
          <w:rFonts w:ascii="Segoe UI Symbol" w:hAnsi="Segoe UI Symbol" w:cs="Segoe UI Symbol"/>
          <w:b/>
          <w:color w:val="1F497D" w:themeColor="text2"/>
          <w:sz w:val="24"/>
          <w:szCs w:val="24"/>
          <w:lang w:val="fr-FR"/>
        </w:rPr>
        <w:t>comporter:</w:t>
      </w:r>
    </w:p>
    <w:p w14:paraId="048C4E32" w14:textId="77777777" w:rsidR="00512DA5" w:rsidRPr="00264C48" w:rsidRDefault="00673AE8" w:rsidP="000D3083">
      <w:pPr>
        <w:spacing w:after="0" w:line="240" w:lineRule="auto"/>
        <w:rPr>
          <w:lang w:val="fr-FR"/>
        </w:rPr>
      </w:pPr>
      <w:r w:rsidRPr="00264C48">
        <w:rPr>
          <w:lang w:val="fr-FR"/>
        </w:rPr>
        <w:t>1. Catégorie choisie</w:t>
      </w:r>
    </w:p>
    <w:p w14:paraId="15A07F8D" w14:textId="77777777" w:rsidR="00512DA5" w:rsidRPr="00264C48" w:rsidRDefault="00673AE8" w:rsidP="000D3083">
      <w:pPr>
        <w:spacing w:after="0" w:line="240" w:lineRule="auto"/>
        <w:rPr>
          <w:lang w:val="fr-FR"/>
        </w:rPr>
      </w:pPr>
      <w:r w:rsidRPr="00264C48">
        <w:rPr>
          <w:lang w:val="fr-FR"/>
        </w:rPr>
        <w:t>2. Titre du projet</w:t>
      </w:r>
    </w:p>
    <w:p w14:paraId="4949FE38" w14:textId="6F96B50A" w:rsidR="00512DA5" w:rsidRDefault="00673AE8" w:rsidP="000D3083">
      <w:pPr>
        <w:spacing w:after="0" w:line="240" w:lineRule="auto"/>
        <w:rPr>
          <w:lang w:val="fr-FR"/>
        </w:rPr>
      </w:pPr>
      <w:r w:rsidRPr="00264C48">
        <w:rPr>
          <w:lang w:val="fr-FR"/>
        </w:rPr>
        <w:t>3. Résumé de votre projet professionnel (300 mots)</w:t>
      </w:r>
    </w:p>
    <w:p w14:paraId="03AC3A9F" w14:textId="598DCE82" w:rsidR="005C753E" w:rsidRDefault="005C753E" w:rsidP="000D3083">
      <w:pPr>
        <w:spacing w:after="0" w:line="240" w:lineRule="auto"/>
        <w:rPr>
          <w:lang w:val="fr-FR"/>
        </w:rPr>
      </w:pPr>
    </w:p>
    <w:p w14:paraId="30383CD3" w14:textId="272CA24A" w:rsidR="005C753E" w:rsidRPr="00264C48" w:rsidRDefault="005C753E" w:rsidP="000D3083">
      <w:pPr>
        <w:spacing w:after="0" w:line="240" w:lineRule="auto"/>
        <w:rPr>
          <w:lang w:val="fr-FR"/>
        </w:rPr>
      </w:pPr>
      <w:r w:rsidRPr="000E6AF2">
        <w:rPr>
          <w:b/>
          <w:highlight w:val="yellow"/>
          <w:lang w:val="fr-FR"/>
        </w:rPr>
        <w:t>IMPORTANT</w:t>
      </w:r>
      <w:r w:rsidRPr="000E6AF2">
        <w:rPr>
          <w:highlight w:val="yellow"/>
          <w:lang w:val="fr-FR"/>
        </w:rPr>
        <w:t xml:space="preserve"> : A renvoyer sous </w:t>
      </w:r>
      <w:r w:rsidRPr="000E6AF2">
        <w:rPr>
          <w:highlight w:val="yellow"/>
          <w:u w:val="single"/>
          <w:lang w:val="fr-FR"/>
        </w:rPr>
        <w:t>format Word</w:t>
      </w:r>
    </w:p>
    <w:p w14:paraId="3838BEC1" w14:textId="77777777" w:rsidR="000D3083" w:rsidRDefault="000D3083" w:rsidP="00F07068">
      <w:pPr>
        <w:spacing w:after="120" w:line="240" w:lineRule="auto"/>
        <w:rPr>
          <w:rFonts w:ascii="Segoe UI Symbol" w:hAnsi="Segoe UI Symbol" w:cs="Segoe UI Symbol"/>
          <w:b/>
          <w:color w:val="1F497D" w:themeColor="text2"/>
          <w:sz w:val="24"/>
          <w:szCs w:val="24"/>
          <w:lang w:val="fr-FR"/>
        </w:rPr>
      </w:pPr>
    </w:p>
    <w:p w14:paraId="36AA7473" w14:textId="4CD8E793" w:rsidR="00512DA5" w:rsidRPr="000D3083" w:rsidRDefault="00673AE8" w:rsidP="00F07068">
      <w:pPr>
        <w:spacing w:after="120" w:line="240" w:lineRule="auto"/>
        <w:rPr>
          <w:rFonts w:ascii="Segoe UI Symbol" w:hAnsi="Segoe UI Symbol" w:cs="Segoe UI Symbol"/>
          <w:b/>
          <w:color w:val="1F497D" w:themeColor="text2"/>
          <w:sz w:val="24"/>
          <w:szCs w:val="24"/>
          <w:lang w:val="fr-FR"/>
        </w:rPr>
      </w:pPr>
      <w:r w:rsidRPr="00F07068">
        <w:rPr>
          <w:rFonts w:ascii="Segoe UI Symbol" w:hAnsi="Segoe UI Symbol" w:cs="Segoe UI Symbol"/>
          <w:b/>
          <w:color w:val="1F497D" w:themeColor="text2"/>
          <w:sz w:val="24"/>
          <w:szCs w:val="24"/>
          <w:lang w:val="fr-FR"/>
        </w:rPr>
        <w:t>🎯</w:t>
      </w:r>
      <w:r w:rsidRPr="000D3083">
        <w:rPr>
          <w:rFonts w:ascii="Segoe UI Symbol" w:hAnsi="Segoe UI Symbol" w:cs="Segoe UI Symbol"/>
          <w:b/>
          <w:color w:val="1F497D" w:themeColor="text2"/>
          <w:sz w:val="24"/>
          <w:szCs w:val="24"/>
          <w:lang w:val="fr-FR"/>
        </w:rPr>
        <w:t xml:space="preserve"> Les catégories</w:t>
      </w:r>
    </w:p>
    <w:p w14:paraId="44422BE8" w14:textId="77777777" w:rsidR="00512DA5" w:rsidRPr="0069011C" w:rsidRDefault="00673AE8" w:rsidP="00F07068">
      <w:pPr>
        <w:spacing w:after="120" w:line="240" w:lineRule="auto"/>
        <w:rPr>
          <w:b/>
          <w:color w:val="000000" w:themeColor="text1"/>
          <w:lang w:val="fr-FR"/>
        </w:rPr>
      </w:pPr>
      <w:r w:rsidRPr="0069011C">
        <w:rPr>
          <w:b/>
          <w:color w:val="000000" w:themeColor="text1"/>
          <w:lang w:val="fr-FR"/>
        </w:rPr>
        <w:t>Catégorie A – Projet professionnel</w:t>
      </w:r>
    </w:p>
    <w:p w14:paraId="399B2BBD" w14:textId="77777777" w:rsidR="00512DA5" w:rsidRPr="00264C48" w:rsidRDefault="00673AE8" w:rsidP="00F07068">
      <w:pPr>
        <w:spacing w:after="120" w:line="240" w:lineRule="auto"/>
        <w:rPr>
          <w:lang w:val="fr-FR"/>
        </w:rPr>
      </w:pPr>
      <w:r w:rsidRPr="00F07068">
        <w:rPr>
          <w:u w:val="single"/>
          <w:lang w:val="fr-FR"/>
        </w:rPr>
        <w:t>Objet</w:t>
      </w:r>
      <w:r w:rsidRPr="00264C48">
        <w:rPr>
          <w:lang w:val="fr-FR"/>
        </w:rPr>
        <w:t xml:space="preserve"> : Présentation d’un projet d’emploi à l’issue des études.</w:t>
      </w:r>
    </w:p>
    <w:p w14:paraId="10E9BDF1" w14:textId="77777777" w:rsidR="00512DA5" w:rsidRPr="00264C48" w:rsidRDefault="00673AE8">
      <w:pPr>
        <w:rPr>
          <w:lang w:val="fr-FR"/>
        </w:rPr>
      </w:pPr>
      <w:r w:rsidRPr="00F07068">
        <w:rPr>
          <w:u w:val="single"/>
          <w:lang w:val="fr-FR"/>
        </w:rPr>
        <w:t>Critères</w:t>
      </w:r>
      <w:r w:rsidRPr="00264C48">
        <w:rPr>
          <w:lang w:val="fr-FR"/>
        </w:rPr>
        <w:t xml:space="preserve"> :</w:t>
      </w:r>
      <w:r w:rsidRPr="00264C48">
        <w:rPr>
          <w:lang w:val="fr-FR"/>
        </w:rPr>
        <w:br/>
        <w:t>• Cohérence entre le parcours, les compétences et le projet visé.</w:t>
      </w:r>
      <w:r w:rsidRPr="00264C48">
        <w:rPr>
          <w:lang w:val="fr-FR"/>
        </w:rPr>
        <w:br/>
        <w:t>• Pertinence du projet dans son contexte professionnel.</w:t>
      </w:r>
      <w:r w:rsidRPr="00264C48">
        <w:rPr>
          <w:lang w:val="fr-FR"/>
        </w:rPr>
        <w:br/>
        <w:t>• Capacité à convaincre de la faisabilité du projet.</w:t>
      </w:r>
    </w:p>
    <w:p w14:paraId="72287694" w14:textId="77777777" w:rsidR="00512DA5" w:rsidRPr="0069011C" w:rsidRDefault="00673AE8" w:rsidP="00F07068">
      <w:pPr>
        <w:spacing w:after="120" w:line="240" w:lineRule="auto"/>
        <w:rPr>
          <w:b/>
          <w:color w:val="000000" w:themeColor="text1"/>
          <w:lang w:val="fr-FR"/>
        </w:rPr>
      </w:pPr>
      <w:r w:rsidRPr="0069011C">
        <w:rPr>
          <w:b/>
          <w:color w:val="000000" w:themeColor="text1"/>
          <w:lang w:val="fr-FR"/>
        </w:rPr>
        <w:t>Catégorie B – Entrepreneuriat</w:t>
      </w:r>
    </w:p>
    <w:p w14:paraId="1559F62B" w14:textId="77777777" w:rsidR="00512DA5" w:rsidRDefault="00673AE8" w:rsidP="00F07068">
      <w:pPr>
        <w:spacing w:after="120" w:line="240" w:lineRule="auto"/>
        <w:rPr>
          <w:lang w:val="fr-FR"/>
        </w:rPr>
      </w:pPr>
      <w:r w:rsidRPr="00F07068">
        <w:rPr>
          <w:u w:val="single"/>
          <w:lang w:val="fr-FR"/>
        </w:rPr>
        <w:t>Objet</w:t>
      </w:r>
      <w:r w:rsidRPr="00264C48">
        <w:rPr>
          <w:lang w:val="fr-FR"/>
        </w:rPr>
        <w:t xml:space="preserve"> : Présentation d’un projet de création ou de reprise d’activité (entreprise, association, coopérative, etc.).</w:t>
      </w:r>
    </w:p>
    <w:p w14:paraId="3642CB6A" w14:textId="65E2F830" w:rsidR="00032FB0" w:rsidRPr="00CA0D6E" w:rsidRDefault="00CA0D6E" w:rsidP="00CA0D6E">
      <w:pPr>
        <w:spacing w:after="120" w:line="240" w:lineRule="auto"/>
        <w:jc w:val="both"/>
        <w:rPr>
          <w:i/>
          <w:iCs/>
          <w:lang w:val="fr-FR"/>
        </w:rPr>
      </w:pPr>
      <w:r w:rsidRPr="00CA0D6E">
        <w:rPr>
          <w:b/>
          <w:bCs/>
          <w:i/>
          <w:iCs/>
          <w:lang w:val="fr-FR"/>
        </w:rPr>
        <w:t>Remarque</w:t>
      </w:r>
      <w:r w:rsidRPr="00CA0D6E">
        <w:rPr>
          <w:i/>
          <w:iCs/>
          <w:lang w:val="fr-FR"/>
        </w:rPr>
        <w:t> :</w:t>
      </w:r>
      <w:r w:rsidR="00032FB0" w:rsidRPr="00CA0D6E">
        <w:rPr>
          <w:i/>
          <w:iCs/>
          <w:lang w:val="fr-FR"/>
        </w:rPr>
        <w:t xml:space="preserve"> Dans le cas d’un projet de  création d’une</w:t>
      </w:r>
      <w:r w:rsidR="00032FB0" w:rsidRPr="00CA0D6E">
        <w:rPr>
          <w:i/>
          <w:iCs/>
          <w:lang w:val="fr-FR"/>
        </w:rPr>
        <w:t xml:space="preserve"> association</w:t>
      </w:r>
      <w:r w:rsidR="00032FB0" w:rsidRPr="00CA0D6E">
        <w:rPr>
          <w:i/>
          <w:iCs/>
          <w:lang w:val="fr-FR"/>
        </w:rPr>
        <w:t xml:space="preserve">, </w:t>
      </w:r>
      <w:r w:rsidRPr="00CA0D6E">
        <w:rPr>
          <w:i/>
          <w:iCs/>
          <w:lang w:val="fr-FR"/>
        </w:rPr>
        <w:t>celle-ci doit constituer votre projet professionnel à part entière et représenter l’activité principale que vous envisagez d’exercer.</w:t>
      </w:r>
    </w:p>
    <w:p w14:paraId="37458066" w14:textId="77777777" w:rsidR="00512DA5" w:rsidRPr="00264C48" w:rsidRDefault="00673AE8">
      <w:pPr>
        <w:rPr>
          <w:lang w:val="fr-FR"/>
        </w:rPr>
      </w:pPr>
      <w:r w:rsidRPr="00F07068">
        <w:rPr>
          <w:u w:val="single"/>
          <w:lang w:val="fr-FR"/>
        </w:rPr>
        <w:t>Critères</w:t>
      </w:r>
      <w:r w:rsidRPr="00264C48">
        <w:rPr>
          <w:lang w:val="fr-FR"/>
        </w:rPr>
        <w:t xml:space="preserve"> :</w:t>
      </w:r>
      <w:r w:rsidRPr="00264C48">
        <w:rPr>
          <w:lang w:val="fr-FR"/>
        </w:rPr>
        <w:br/>
        <w:t>• Clarté et faisabilité du projet.</w:t>
      </w:r>
      <w:r w:rsidRPr="00264C48">
        <w:rPr>
          <w:lang w:val="fr-FR"/>
        </w:rPr>
        <w:br/>
        <w:t>• Pertinence du modèle économique et des objectifs professionnels.</w:t>
      </w:r>
      <w:r w:rsidRPr="00264C48">
        <w:rPr>
          <w:lang w:val="fr-FR"/>
        </w:rPr>
        <w:br/>
        <w:t>• Le projet doit constituer votre activité principale envisagée.</w:t>
      </w:r>
    </w:p>
    <w:p w14:paraId="5D71A6DF" w14:textId="77777777" w:rsidR="00032FB0" w:rsidRDefault="00032FB0" w:rsidP="000D3083">
      <w:pPr>
        <w:jc w:val="center"/>
        <w:rPr>
          <w:rFonts w:ascii="Segoe UI Symbol" w:hAnsi="Segoe UI Symbol" w:cs="Segoe UI Symbol"/>
          <w:b/>
          <w:color w:val="1F497D" w:themeColor="text2"/>
          <w:sz w:val="24"/>
          <w:szCs w:val="24"/>
          <w:lang w:val="fr-FR"/>
        </w:rPr>
      </w:pPr>
    </w:p>
    <w:p w14:paraId="18E10FDA" w14:textId="6C1B9B9D" w:rsidR="00F07068" w:rsidRDefault="00673AE8" w:rsidP="00032FB0">
      <w:pPr>
        <w:jc w:val="center"/>
        <w:rPr>
          <w:b/>
          <w:lang w:val="fr-FR"/>
        </w:rPr>
      </w:pPr>
      <w:r w:rsidRPr="000D3083">
        <w:rPr>
          <w:rFonts w:ascii="Segoe UI Symbol" w:hAnsi="Segoe UI Symbol" w:cs="Segoe UI Symbol"/>
          <w:b/>
          <w:color w:val="1F497D" w:themeColor="text2"/>
          <w:sz w:val="24"/>
          <w:szCs w:val="24"/>
          <w:lang w:val="fr-FR"/>
        </w:rPr>
        <w:t>Consultez ici les grilles d’évaluation</w:t>
      </w:r>
      <w:r w:rsidRPr="000D3083">
        <w:rPr>
          <w:b/>
          <w:lang w:val="fr-FR"/>
        </w:rPr>
        <w:t xml:space="preserve"> des présentations écrites – SCUIO-IP : [</w:t>
      </w:r>
      <w:hyperlink r:id="rId9" w:history="1">
        <w:r w:rsidR="0069011C" w:rsidRPr="005C753E">
          <w:rPr>
            <w:rStyle w:val="Lienhypertexte"/>
            <w:b/>
            <w:lang w:val="fr-FR"/>
          </w:rPr>
          <w:t>Grilles d’</w:t>
        </w:r>
        <w:r w:rsidR="000D3083" w:rsidRPr="005C753E">
          <w:rPr>
            <w:rStyle w:val="Lienhypertexte"/>
            <w:b/>
            <w:lang w:val="fr-FR"/>
          </w:rPr>
          <w:t>év</w:t>
        </w:r>
        <w:r w:rsidR="000D3083" w:rsidRPr="005C753E">
          <w:rPr>
            <w:rStyle w:val="Lienhypertexte"/>
            <w:b/>
            <w:lang w:val="fr-FR"/>
          </w:rPr>
          <w:t>a</w:t>
        </w:r>
        <w:r w:rsidR="000D3083" w:rsidRPr="005C753E">
          <w:rPr>
            <w:rStyle w:val="Lienhypertexte"/>
            <w:b/>
            <w:lang w:val="fr-FR"/>
          </w:rPr>
          <w:t>luation</w:t>
        </w:r>
      </w:hyperlink>
      <w:r w:rsidRPr="000D3083">
        <w:rPr>
          <w:b/>
          <w:lang w:val="fr-FR"/>
        </w:rPr>
        <w:t>]</w:t>
      </w:r>
    </w:p>
    <w:p w14:paraId="4BBA3152" w14:textId="77777777" w:rsidR="00032FB0" w:rsidRPr="00032FB0" w:rsidRDefault="00032FB0" w:rsidP="00032FB0">
      <w:pPr>
        <w:jc w:val="center"/>
        <w:rPr>
          <w:b/>
          <w:lang w:val="fr-FR"/>
        </w:rPr>
      </w:pPr>
    </w:p>
    <w:p w14:paraId="57F20C70" w14:textId="313D3898" w:rsidR="00512DA5" w:rsidRDefault="00032FB0" w:rsidP="00F07068">
      <w:pPr>
        <w:rPr>
          <w:rFonts w:ascii="Segoe UI Symbol" w:hAnsi="Segoe UI Symbol" w:cs="Segoe UI Symbol"/>
          <w:b/>
          <w:color w:val="1F497D" w:themeColor="text2"/>
          <w:sz w:val="24"/>
          <w:szCs w:val="24"/>
          <w:lang w:val="fr-FR"/>
        </w:rPr>
      </w:pPr>
      <w:r w:rsidRPr="00032FB0">
        <w:rPr>
          <w:rFonts w:ascii="Segoe UI Symbol" w:hAnsi="Segoe UI Symbol" w:cs="Segoe UI Symbol"/>
          <w:b/>
          <w:color w:val="1F497D" w:themeColor="text2"/>
          <w:sz w:val="24"/>
          <w:szCs w:val="24"/>
        </w:rPr>
        <w:t>▶</w:t>
      </w:r>
      <w:r>
        <w:rPr>
          <w:rFonts w:ascii="Segoe UI Symbol" w:hAnsi="Segoe UI Symbol" w:cs="Segoe UI Symbol"/>
          <w:b/>
          <w:color w:val="1F497D" w:themeColor="text2"/>
          <w:sz w:val="24"/>
          <w:szCs w:val="24"/>
        </w:rPr>
        <w:t xml:space="preserve"> </w:t>
      </w:r>
      <w:r w:rsidR="00673AE8" w:rsidRPr="00F07068">
        <w:rPr>
          <w:rFonts w:ascii="Segoe UI Symbol" w:hAnsi="Segoe UI Symbol" w:cs="Segoe UI Symbol"/>
          <w:b/>
          <w:color w:val="1F497D" w:themeColor="text2"/>
          <w:sz w:val="24"/>
          <w:szCs w:val="24"/>
          <w:lang w:val="fr-FR"/>
        </w:rPr>
        <w:t>Informations personnelles</w:t>
      </w:r>
    </w:p>
    <w:p w14:paraId="1D95479C" w14:textId="53CCAB75" w:rsidR="0046580C" w:rsidRPr="0046580C" w:rsidRDefault="0046580C" w:rsidP="0046580C">
      <w:pPr>
        <w:spacing w:after="0" w:line="240" w:lineRule="auto"/>
        <w:rPr>
          <w:lang w:val="fr-FR"/>
        </w:rPr>
      </w:pPr>
      <w:r w:rsidRPr="0046580C">
        <w:rPr>
          <w:lang w:val="fr-FR"/>
        </w:rPr>
        <w:t xml:space="preserve">NOM : </w:t>
      </w:r>
    </w:p>
    <w:p w14:paraId="02E8E718" w14:textId="0EC4B389" w:rsidR="0046580C" w:rsidRPr="0046580C" w:rsidRDefault="0046580C" w:rsidP="0046580C">
      <w:pPr>
        <w:spacing w:after="0" w:line="240" w:lineRule="auto"/>
        <w:rPr>
          <w:lang w:val="fr-FR"/>
        </w:rPr>
      </w:pPr>
      <w:r w:rsidRPr="0046580C">
        <w:rPr>
          <w:lang w:val="fr-FR"/>
        </w:rPr>
        <w:t xml:space="preserve">Prénom : </w:t>
      </w:r>
    </w:p>
    <w:p w14:paraId="64FA93D6" w14:textId="77777777" w:rsidR="0046580C" w:rsidRPr="0046580C" w:rsidRDefault="0046580C" w:rsidP="0046580C">
      <w:pPr>
        <w:spacing w:after="0" w:line="240" w:lineRule="auto"/>
        <w:rPr>
          <w:lang w:val="fr-FR"/>
        </w:rPr>
      </w:pPr>
      <w:r w:rsidRPr="0046580C">
        <w:rPr>
          <w:lang w:val="fr-FR"/>
        </w:rPr>
        <w:t>Faculté, école ou institut :</w:t>
      </w:r>
    </w:p>
    <w:p w14:paraId="7C066C34" w14:textId="67A5DD86" w:rsidR="0046580C" w:rsidRPr="0046580C" w:rsidRDefault="0046580C" w:rsidP="0046580C">
      <w:pPr>
        <w:spacing w:after="0" w:line="240" w:lineRule="auto"/>
        <w:rPr>
          <w:lang w:val="fr-FR"/>
        </w:rPr>
      </w:pPr>
      <w:r w:rsidRPr="0046580C">
        <w:rPr>
          <w:lang w:val="fr-FR"/>
        </w:rPr>
        <w:t xml:space="preserve">Intitulé </w:t>
      </w:r>
      <w:r w:rsidRPr="00032FB0">
        <w:rPr>
          <w:b/>
          <w:bCs/>
          <w:u w:val="single"/>
          <w:lang w:val="fr-FR"/>
        </w:rPr>
        <w:t>exact</w:t>
      </w:r>
      <w:r w:rsidRPr="0046580C">
        <w:rPr>
          <w:lang w:val="fr-FR"/>
        </w:rPr>
        <w:t xml:space="preserve"> du Diplôme</w:t>
      </w:r>
      <w:r w:rsidR="00032FB0">
        <w:rPr>
          <w:lang w:val="fr-FR"/>
        </w:rPr>
        <w:t xml:space="preserve"> </w:t>
      </w:r>
      <w:r w:rsidRPr="0046580C">
        <w:rPr>
          <w:lang w:val="fr-FR"/>
        </w:rPr>
        <w:t xml:space="preserve"> : </w:t>
      </w:r>
    </w:p>
    <w:p w14:paraId="210E5DCE" w14:textId="77777777" w:rsidR="0046580C" w:rsidRPr="00F07068" w:rsidRDefault="0046580C" w:rsidP="00F07068">
      <w:pPr>
        <w:rPr>
          <w:rFonts w:ascii="Segoe UI Symbol" w:hAnsi="Segoe UI Symbol" w:cs="Segoe UI Symbol"/>
          <w:b/>
          <w:color w:val="1F497D" w:themeColor="text2"/>
          <w:sz w:val="24"/>
          <w:szCs w:val="24"/>
          <w:lang w:val="fr-FR"/>
        </w:rPr>
      </w:pPr>
    </w:p>
    <w:p w14:paraId="3D6C427B" w14:textId="46FE1635" w:rsidR="00512DA5" w:rsidRDefault="00673AE8" w:rsidP="00F07068">
      <w:pPr>
        <w:spacing w:after="120"/>
        <w:rPr>
          <w:rFonts w:ascii="Segoe UI Symbol" w:hAnsi="Segoe UI Symbol" w:cs="Segoe UI Symbol"/>
          <w:b/>
          <w:color w:val="1F497D" w:themeColor="text2"/>
          <w:sz w:val="24"/>
          <w:szCs w:val="24"/>
          <w:lang w:val="fr-FR"/>
        </w:rPr>
      </w:pPr>
      <w:r w:rsidRPr="00F07068">
        <w:rPr>
          <w:rFonts w:ascii="Segoe UI Symbol" w:hAnsi="Segoe UI Symbol" w:cs="Segoe UI Symbol"/>
          <w:b/>
          <w:color w:val="1F497D" w:themeColor="text2"/>
          <w:sz w:val="24"/>
          <w:szCs w:val="24"/>
          <w:lang w:val="fr-FR"/>
        </w:rPr>
        <w:t>💡 Votre projet professionnel</w:t>
      </w:r>
    </w:p>
    <w:p w14:paraId="0C24F125" w14:textId="446E9D4A" w:rsidR="0046580C" w:rsidRPr="0046580C" w:rsidRDefault="0046580C" w:rsidP="0046580C">
      <w:pPr>
        <w:spacing w:after="0" w:line="240" w:lineRule="auto"/>
        <w:rPr>
          <w:lang w:val="fr-FR"/>
        </w:rPr>
      </w:pPr>
      <w:r w:rsidRPr="0046580C">
        <w:rPr>
          <w:lang w:val="fr-FR"/>
        </w:rPr>
        <w:t xml:space="preserve">Catégorie (A ou B) :  </w:t>
      </w:r>
    </w:p>
    <w:p w14:paraId="0043DDC1" w14:textId="77777777" w:rsidR="0046580C" w:rsidRPr="0046580C" w:rsidRDefault="0046580C" w:rsidP="0046580C">
      <w:pPr>
        <w:spacing w:after="0" w:line="240" w:lineRule="auto"/>
        <w:rPr>
          <w:lang w:val="fr-FR"/>
        </w:rPr>
      </w:pPr>
      <w:r w:rsidRPr="0046580C">
        <w:rPr>
          <w:lang w:val="fr-FR"/>
        </w:rPr>
        <w:t xml:space="preserve">Titre : </w:t>
      </w:r>
    </w:p>
    <w:p w14:paraId="5967995D" w14:textId="3CD6BEA8" w:rsidR="0046580C" w:rsidRPr="0046580C" w:rsidRDefault="0046580C" w:rsidP="0046580C">
      <w:pPr>
        <w:spacing w:after="0" w:line="240" w:lineRule="auto"/>
        <w:rPr>
          <w:lang w:val="fr-FR"/>
        </w:rPr>
      </w:pPr>
    </w:p>
    <w:p w14:paraId="76736DD5" w14:textId="77777777" w:rsidR="0046580C" w:rsidRPr="005C753E" w:rsidRDefault="0046580C" w:rsidP="0046580C">
      <w:pPr>
        <w:spacing w:after="0" w:line="240" w:lineRule="auto"/>
        <w:rPr>
          <w:lang w:val="fr-FR"/>
        </w:rPr>
      </w:pPr>
      <w:r w:rsidRPr="005C753E">
        <w:rPr>
          <w:b/>
          <w:lang w:val="fr-FR"/>
        </w:rPr>
        <w:t xml:space="preserve">Résumé </w:t>
      </w:r>
      <w:r w:rsidRPr="005C753E">
        <w:rPr>
          <w:lang w:val="fr-FR"/>
        </w:rPr>
        <w:t xml:space="preserve">(300 mots) : </w:t>
      </w:r>
    </w:p>
    <w:p w14:paraId="4549778B" w14:textId="77777777" w:rsidR="0046580C" w:rsidRPr="005C753E" w:rsidRDefault="0046580C" w:rsidP="0046580C">
      <w:pPr>
        <w:spacing w:after="0" w:line="240" w:lineRule="auto"/>
        <w:rPr>
          <w:i/>
          <w:sz w:val="21"/>
          <w:szCs w:val="21"/>
          <w:lang w:val="fr-FR"/>
        </w:rPr>
      </w:pPr>
      <w:r w:rsidRPr="005C753E">
        <w:rPr>
          <w:i/>
          <w:sz w:val="21"/>
          <w:szCs w:val="21"/>
          <w:lang w:val="fr-FR"/>
        </w:rPr>
        <w:t xml:space="preserve">Précisez le nombre de mots rédigés : </w:t>
      </w:r>
    </w:p>
    <w:p w14:paraId="1CA6C041" w14:textId="77777777" w:rsidR="0046580C" w:rsidRPr="00F07068" w:rsidRDefault="0046580C" w:rsidP="00F07068">
      <w:pPr>
        <w:spacing w:after="120"/>
        <w:rPr>
          <w:rFonts w:ascii="Segoe UI Symbol" w:hAnsi="Segoe UI Symbol" w:cs="Segoe UI Symbol"/>
          <w:b/>
          <w:color w:val="1F497D" w:themeColor="text2"/>
          <w:sz w:val="24"/>
          <w:szCs w:val="24"/>
          <w:lang w:val="fr-FR"/>
        </w:rPr>
      </w:pPr>
    </w:p>
    <w:p w14:paraId="047467C5" w14:textId="2F55C6E6" w:rsidR="00512DA5" w:rsidRPr="0065495A" w:rsidRDefault="00673AE8">
      <w:pPr>
        <w:rPr>
          <w:lang w:val="fr-FR"/>
        </w:rPr>
      </w:pPr>
      <w:r w:rsidRPr="0046580C">
        <w:rPr>
          <w:lang w:val="fr-FR"/>
        </w:rPr>
        <w:br/>
      </w:r>
    </w:p>
    <w:p w14:paraId="25735603" w14:textId="77777777" w:rsidR="0046580C" w:rsidRPr="0065495A" w:rsidRDefault="00673AE8">
      <w:pPr>
        <w:rPr>
          <w:lang w:val="fr-FR"/>
        </w:rPr>
      </w:pPr>
      <w:r w:rsidRPr="0065495A">
        <w:rPr>
          <w:lang w:val="fr-FR"/>
        </w:rPr>
        <w:br/>
      </w:r>
      <w:r w:rsidRPr="0065495A">
        <w:rPr>
          <w:lang w:val="fr-FR"/>
        </w:rPr>
        <w:br/>
      </w:r>
      <w:r w:rsidRPr="0065495A">
        <w:rPr>
          <w:lang w:val="fr-FR"/>
        </w:rPr>
        <w:br/>
      </w:r>
      <w:r w:rsidRPr="0065495A">
        <w:rPr>
          <w:lang w:val="fr-FR"/>
        </w:rPr>
        <w:br/>
      </w:r>
      <w:r w:rsidRPr="0065495A">
        <w:rPr>
          <w:lang w:val="fr-FR"/>
        </w:rPr>
        <w:br/>
      </w:r>
      <w:r w:rsidRPr="0065495A">
        <w:rPr>
          <w:lang w:val="fr-FR"/>
        </w:rPr>
        <w:br/>
      </w:r>
      <w:r w:rsidRPr="0065495A">
        <w:rPr>
          <w:lang w:val="fr-FR"/>
        </w:rPr>
        <w:br/>
      </w:r>
    </w:p>
    <w:p w14:paraId="65A93EFE" w14:textId="227801E0" w:rsidR="0046580C" w:rsidRPr="0065495A" w:rsidRDefault="0046580C">
      <w:pPr>
        <w:rPr>
          <w:lang w:val="fr-FR"/>
        </w:rPr>
      </w:pPr>
    </w:p>
    <w:p w14:paraId="00BDB62E" w14:textId="431DB4AE" w:rsidR="00512DA5" w:rsidRPr="0065495A" w:rsidRDefault="00673AE8">
      <w:pPr>
        <w:rPr>
          <w:lang w:val="fr-FR"/>
        </w:rPr>
      </w:pPr>
      <w:r w:rsidRPr="0065495A">
        <w:rPr>
          <w:lang w:val="fr-FR"/>
        </w:rPr>
        <w:br/>
      </w:r>
    </w:p>
    <w:p w14:paraId="0902AC60" w14:textId="77777777" w:rsidR="00512DA5" w:rsidRPr="0046580C" w:rsidRDefault="00673AE8">
      <w:pPr>
        <w:pStyle w:val="Titre2"/>
        <w:rPr>
          <w:rFonts w:ascii="Segoe UI Symbol" w:eastAsiaTheme="minorEastAsia" w:hAnsi="Segoe UI Symbol" w:cs="Segoe UI Symbol"/>
          <w:bCs w:val="0"/>
          <w:color w:val="1F497D" w:themeColor="text2"/>
          <w:sz w:val="24"/>
          <w:szCs w:val="24"/>
          <w:lang w:val="fr-FR"/>
        </w:rPr>
      </w:pPr>
      <w:r w:rsidRPr="00F07068">
        <w:rPr>
          <w:rFonts w:ascii="Segoe UI Symbol" w:eastAsiaTheme="minorEastAsia" w:hAnsi="Segoe UI Symbol" w:cs="Segoe UI Symbol"/>
          <w:bCs w:val="0"/>
          <w:color w:val="1F497D" w:themeColor="text2"/>
          <w:sz w:val="24"/>
          <w:szCs w:val="24"/>
          <w:lang w:val="fr-FR"/>
        </w:rPr>
        <w:t>🔎</w:t>
      </w:r>
      <w:r w:rsidRPr="0046580C">
        <w:rPr>
          <w:rFonts w:ascii="Segoe UI Symbol" w:eastAsiaTheme="minorEastAsia" w:hAnsi="Segoe UI Symbol" w:cs="Segoe UI Symbol"/>
          <w:bCs w:val="0"/>
          <w:color w:val="1F497D" w:themeColor="text2"/>
          <w:sz w:val="24"/>
          <w:szCs w:val="24"/>
          <w:lang w:val="fr-FR"/>
        </w:rPr>
        <w:t xml:space="preserve"> Conseils de présentation</w:t>
      </w:r>
    </w:p>
    <w:p w14:paraId="3360AE64" w14:textId="77777777" w:rsidR="0069011C" w:rsidRDefault="0069011C" w:rsidP="0069011C">
      <w:pPr>
        <w:pStyle w:val="Paragraphedeliste"/>
        <w:numPr>
          <w:ilvl w:val="0"/>
          <w:numId w:val="12"/>
        </w:numPr>
        <w:rPr>
          <w:lang w:val="fr-FR"/>
        </w:rPr>
      </w:pPr>
      <w:r>
        <w:rPr>
          <w:lang w:val="fr-FR"/>
        </w:rPr>
        <w:t>Utiliser une page maximum</w:t>
      </w:r>
    </w:p>
    <w:p w14:paraId="592A1D1B" w14:textId="77777777" w:rsidR="0069011C" w:rsidRDefault="0069011C" w:rsidP="0069011C">
      <w:pPr>
        <w:pStyle w:val="Paragraphedeliste"/>
        <w:numPr>
          <w:ilvl w:val="0"/>
          <w:numId w:val="12"/>
        </w:numPr>
        <w:rPr>
          <w:lang w:val="fr-FR"/>
        </w:rPr>
      </w:pPr>
      <w:r>
        <w:rPr>
          <w:lang w:val="fr-FR"/>
        </w:rPr>
        <w:t>P</w:t>
      </w:r>
      <w:r w:rsidR="00673AE8" w:rsidRPr="0069011C">
        <w:rPr>
          <w:lang w:val="fr-FR"/>
        </w:rPr>
        <w:t>olice conseillée : Arial ou Calibri 11 pts, interligne 1,15.</w:t>
      </w:r>
    </w:p>
    <w:p w14:paraId="3ADA01FB" w14:textId="77777777" w:rsidR="0069011C" w:rsidRDefault="00673AE8" w:rsidP="0069011C">
      <w:pPr>
        <w:pStyle w:val="Paragraphedeliste"/>
        <w:numPr>
          <w:ilvl w:val="0"/>
          <w:numId w:val="12"/>
        </w:numPr>
        <w:rPr>
          <w:lang w:val="fr-FR"/>
        </w:rPr>
      </w:pPr>
      <w:r w:rsidRPr="0069011C">
        <w:rPr>
          <w:lang w:val="fr-FR"/>
        </w:rPr>
        <w:t>Titre en gras et sous</w:t>
      </w:r>
      <w:r w:rsidR="0069011C">
        <w:rPr>
          <w:lang w:val="fr-FR"/>
        </w:rPr>
        <w:t>-titres clairement distincts.</w:t>
      </w:r>
    </w:p>
    <w:p w14:paraId="0FA257F2" w14:textId="25F4C944" w:rsidR="0069011C" w:rsidRPr="0069011C" w:rsidRDefault="00673AE8" w:rsidP="0069011C">
      <w:pPr>
        <w:pStyle w:val="Paragraphedeliste"/>
        <w:numPr>
          <w:ilvl w:val="0"/>
          <w:numId w:val="12"/>
        </w:numPr>
        <w:rPr>
          <w:lang w:val="fr-FR"/>
        </w:rPr>
      </w:pPr>
      <w:r w:rsidRPr="0069011C">
        <w:rPr>
          <w:lang w:val="fr-FR"/>
        </w:rPr>
        <w:t>Éviter les listes trop longues, privilégier les phrases synthétiques.</w:t>
      </w:r>
    </w:p>
    <w:p w14:paraId="11BE4154" w14:textId="0121250B" w:rsidR="0069011C" w:rsidRPr="0069011C" w:rsidRDefault="0069011C" w:rsidP="0069011C">
      <w:pPr>
        <w:pStyle w:val="Paragraphedeliste"/>
        <w:numPr>
          <w:ilvl w:val="0"/>
          <w:numId w:val="11"/>
        </w:numPr>
        <w:rPr>
          <w:lang w:val="fr-FR"/>
        </w:rPr>
      </w:pPr>
      <w:r w:rsidRPr="0069011C">
        <w:rPr>
          <w:lang w:val="fr-FR"/>
        </w:rPr>
        <w:t xml:space="preserve">Consulter </w:t>
      </w:r>
      <w:hyperlink r:id="rId10" w:history="1">
        <w:r w:rsidRPr="005C753E">
          <w:rPr>
            <w:rStyle w:val="Lienhypertexte"/>
            <w:lang w:val="fr-FR"/>
          </w:rPr>
          <w:t>les grill</w:t>
        </w:r>
        <w:r w:rsidRPr="005C753E">
          <w:rPr>
            <w:rStyle w:val="Lienhypertexte"/>
            <w:lang w:val="fr-FR"/>
          </w:rPr>
          <w:t>e</w:t>
        </w:r>
        <w:r w:rsidRPr="005C753E">
          <w:rPr>
            <w:rStyle w:val="Lienhypertexte"/>
            <w:lang w:val="fr-FR"/>
          </w:rPr>
          <w:t>s d’évaluation</w:t>
        </w:r>
      </w:hyperlink>
      <w:r w:rsidRPr="0069011C">
        <w:rPr>
          <w:lang w:val="fr-FR"/>
        </w:rPr>
        <w:t xml:space="preserve"> avant votre rédaction</w:t>
      </w:r>
    </w:p>
    <w:sectPr w:rsidR="0069011C" w:rsidRPr="0069011C" w:rsidSect="00673AE8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E18AF" w14:textId="77777777" w:rsidR="00777440" w:rsidRDefault="00777440" w:rsidP="00264C48">
      <w:pPr>
        <w:spacing w:after="0" w:line="240" w:lineRule="auto"/>
      </w:pPr>
      <w:r>
        <w:separator/>
      </w:r>
    </w:p>
  </w:endnote>
  <w:endnote w:type="continuationSeparator" w:id="0">
    <w:p w14:paraId="077CB6AA" w14:textId="77777777" w:rsidR="00777440" w:rsidRDefault="00777440" w:rsidP="002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BDD86" w14:textId="77777777" w:rsidR="00777440" w:rsidRDefault="00777440" w:rsidP="00264C48">
      <w:pPr>
        <w:spacing w:after="0" w:line="240" w:lineRule="auto"/>
      </w:pPr>
      <w:r>
        <w:separator/>
      </w:r>
    </w:p>
  </w:footnote>
  <w:footnote w:type="continuationSeparator" w:id="0">
    <w:p w14:paraId="1D0C788D" w14:textId="77777777" w:rsidR="00777440" w:rsidRDefault="00777440" w:rsidP="002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FDF9" w14:textId="7E0F2CF4" w:rsidR="00264C48" w:rsidRPr="00264C48" w:rsidRDefault="00264C48" w:rsidP="00601E0F">
    <w:pPr>
      <w:pStyle w:val="Titre1"/>
      <w:jc w:val="center"/>
      <w:rPr>
        <w:lang w:val="fr-FR"/>
      </w:rPr>
    </w:pPr>
    <w:r w:rsidRPr="00E310E6">
      <w:rPr>
        <w:rFonts w:ascii="Arial" w:hAnsi="Arial" w:cs="Arial"/>
        <w:noProof/>
        <w:szCs w:val="20"/>
        <w:lang w:val="fr-FR" w:eastAsia="fr-FR"/>
      </w:rPr>
      <w:drawing>
        <wp:anchor distT="0" distB="0" distL="114300" distR="114300" simplePos="0" relativeHeight="251659264" behindDoc="1" locked="0" layoutInCell="1" allowOverlap="1" wp14:anchorId="15DBCA94" wp14:editId="2768CD6E">
          <wp:simplePos x="0" y="0"/>
          <wp:positionH relativeFrom="column">
            <wp:posOffset>-28575</wp:posOffset>
          </wp:positionH>
          <wp:positionV relativeFrom="paragraph">
            <wp:posOffset>-396875</wp:posOffset>
          </wp:positionV>
          <wp:extent cx="1155700" cy="1499870"/>
          <wp:effectExtent l="0" t="0" r="6350" b="5080"/>
          <wp:wrapSquare wrapText="bothSides"/>
          <wp:docPr id="1042644324" name="Image 5" descr="Une image contenant texte, Police, cercl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2644324" name="Image 5" descr="Une image contenant texte, Police, cercle, logo&#10;&#10;Description générée automatique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5700" cy="149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64C48">
      <w:rPr>
        <w:lang w:val="fr-FR"/>
      </w:rPr>
      <w:t>Concours « 5 minutes pour convaincre »</w:t>
    </w:r>
  </w:p>
  <w:p w14:paraId="65ADEA02" w14:textId="68F2641D" w:rsidR="00264C48" w:rsidRPr="00264C48" w:rsidRDefault="00264C48" w:rsidP="00310C84">
    <w:pPr>
      <w:jc w:val="center"/>
      <w:rPr>
        <w:lang w:val="fr-FR"/>
      </w:rPr>
    </w:pPr>
    <w:r w:rsidRPr="00264C48">
      <w:rPr>
        <w:lang w:val="fr-FR"/>
      </w:rPr>
      <w:t>Université de Montpellier – Édition 202</w:t>
    </w:r>
    <w:r w:rsidR="00310C84">
      <w:rPr>
        <w:lang w:val="fr-FR"/>
      </w:rPr>
      <w:t>6</w:t>
    </w:r>
    <w:r w:rsidRPr="00264C48">
      <w:rPr>
        <w:lang w:val="fr-FR"/>
      </w:rPr>
      <w:t>-202</w:t>
    </w:r>
    <w:r w:rsidR="00310C84">
      <w:rPr>
        <w:lang w:val="fr-FR"/>
      </w:rPr>
      <w:t>7</w:t>
    </w:r>
  </w:p>
  <w:p w14:paraId="774337A8" w14:textId="1B3FEA60" w:rsidR="00264C48" w:rsidRPr="00F07068" w:rsidRDefault="00264C48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4A96CB6"/>
    <w:multiLevelType w:val="hybridMultilevel"/>
    <w:tmpl w:val="9B14C7C2"/>
    <w:lvl w:ilvl="0" w:tplc="78667890">
      <w:start w:val="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Segoe UI Symbol" w:hint="default"/>
        <w:b/>
        <w:color w:val="1F497D" w:themeColor="text2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F79D1"/>
    <w:multiLevelType w:val="hybridMultilevel"/>
    <w:tmpl w:val="7A382E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B825E8"/>
    <w:multiLevelType w:val="hybridMultilevel"/>
    <w:tmpl w:val="9052FEBE"/>
    <w:lvl w:ilvl="0" w:tplc="2EEA26B6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083294">
    <w:abstractNumId w:val="8"/>
  </w:num>
  <w:num w:numId="2" w16cid:durableId="1959793577">
    <w:abstractNumId w:val="6"/>
  </w:num>
  <w:num w:numId="3" w16cid:durableId="1249653665">
    <w:abstractNumId w:val="5"/>
  </w:num>
  <w:num w:numId="4" w16cid:durableId="1612009474">
    <w:abstractNumId w:val="4"/>
  </w:num>
  <w:num w:numId="5" w16cid:durableId="415252974">
    <w:abstractNumId w:val="7"/>
  </w:num>
  <w:num w:numId="6" w16cid:durableId="11880655">
    <w:abstractNumId w:val="3"/>
  </w:num>
  <w:num w:numId="7" w16cid:durableId="656230728">
    <w:abstractNumId w:val="2"/>
  </w:num>
  <w:num w:numId="8" w16cid:durableId="52583252">
    <w:abstractNumId w:val="1"/>
  </w:num>
  <w:num w:numId="9" w16cid:durableId="1207529920">
    <w:abstractNumId w:val="0"/>
  </w:num>
  <w:num w:numId="10" w16cid:durableId="1715305380">
    <w:abstractNumId w:val="9"/>
  </w:num>
  <w:num w:numId="11" w16cid:durableId="497573693">
    <w:abstractNumId w:val="10"/>
  </w:num>
  <w:num w:numId="12" w16cid:durableId="12919779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2FB0"/>
    <w:rsid w:val="00034616"/>
    <w:rsid w:val="0006063C"/>
    <w:rsid w:val="000D3083"/>
    <w:rsid w:val="000E6AF2"/>
    <w:rsid w:val="0015074B"/>
    <w:rsid w:val="00264C48"/>
    <w:rsid w:val="0029639D"/>
    <w:rsid w:val="00310C84"/>
    <w:rsid w:val="00326F90"/>
    <w:rsid w:val="00461679"/>
    <w:rsid w:val="0046580C"/>
    <w:rsid w:val="00512DA5"/>
    <w:rsid w:val="005C753E"/>
    <w:rsid w:val="00601E0F"/>
    <w:rsid w:val="0065495A"/>
    <w:rsid w:val="00673AE8"/>
    <w:rsid w:val="0069011C"/>
    <w:rsid w:val="00777440"/>
    <w:rsid w:val="00A14632"/>
    <w:rsid w:val="00A81AD8"/>
    <w:rsid w:val="00AA1D8D"/>
    <w:rsid w:val="00AC61E0"/>
    <w:rsid w:val="00B47730"/>
    <w:rsid w:val="00CA0D6E"/>
    <w:rsid w:val="00CB0664"/>
    <w:rsid w:val="00F070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1484E1"/>
  <w14:defaultImageDpi w14:val="300"/>
  <w15:docId w15:val="{A164457C-27C1-4E59-8418-CB59B8E25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0D3083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032F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uioip-evenements-ip@umontpellier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nsertionpro.edu.umontpellier.fr/files/2025/11/CONC_grilles-eval_ETU_2026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sertionpro.edu.umontpellier.fr/files/2025/11/CONC_grilles-eval_ETU_2026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AA6D27-2F68-4DF0-A32A-9CBED3580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419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Lilou Grandgerard</cp:lastModifiedBy>
  <cp:revision>2</cp:revision>
  <dcterms:created xsi:type="dcterms:W3CDTF">2026-11-03T12:00:00Z</dcterms:created>
  <dcterms:modified xsi:type="dcterms:W3CDTF">2026-11-03T12:00:00Z</dcterms:modified>
  <cp:category/>
</cp:coreProperties>
</file>